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Список публикаций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24"/>
        <w:gridCol w:w="1224"/>
        <w:gridCol w:w="1224"/>
        <w:gridCol w:w="1224"/>
        <w:gridCol w:w="1224"/>
        <w:gridCol w:w="1224"/>
        <w:gridCol w:w="1224"/>
        <w:gridCol w:w="1224"/>
        <w:gridCol w:w="1224"/>
        <w:gridCol w:w="1224"/>
      </w:tblGrid>
      <w:tr>
        <w:tc>
          <w:tcPr>
            <w:tcW w:type="dxa" w:w="1224"/>
          </w:tcPr>
          <w:p>
            <w:r>
              <w:rPr>
                <w:b/>
              </w:rPr>
              <w:t>№</w:t>
            </w:r>
          </w:p>
        </w:tc>
        <w:tc>
          <w:tcPr>
            <w:tcW w:type="dxa" w:w="1224"/>
          </w:tcPr>
          <w:p>
            <w:r>
              <w:rPr>
                <w:b/>
              </w:rPr>
              <w:t>Год</w:t>
            </w:r>
          </w:p>
        </w:tc>
        <w:tc>
          <w:tcPr>
            <w:tcW w:type="dxa" w:w="1224"/>
          </w:tcPr>
          <w:p>
            <w:r>
              <w:rPr>
                <w:b/>
              </w:rPr>
              <w:t>Название</w:t>
            </w:r>
          </w:p>
        </w:tc>
        <w:tc>
          <w:tcPr>
            <w:tcW w:type="dxa" w:w="1224"/>
          </w:tcPr>
          <w:p>
            <w:r>
              <w:rPr>
                <w:b/>
              </w:rPr>
              <w:t>Авторы</w:t>
            </w:r>
          </w:p>
        </w:tc>
        <w:tc>
          <w:tcPr>
            <w:tcW w:type="dxa" w:w="1224"/>
          </w:tcPr>
          <w:p>
            <w:r>
              <w:rPr>
                <w:b/>
              </w:rPr>
              <w:t>Издание</w:t>
            </w:r>
          </w:p>
        </w:tc>
        <w:tc>
          <w:tcPr>
            <w:tcW w:type="dxa" w:w="1224"/>
          </w:tcPr>
          <w:p>
            <w:r>
              <w:rPr>
                <w:b/>
              </w:rPr>
              <w:t>Тип</w:t>
            </w:r>
          </w:p>
        </w:tc>
        <w:tc>
          <w:tcPr>
            <w:tcW w:type="dxa" w:w="1224"/>
          </w:tcPr>
          <w:p>
            <w:r>
              <w:rPr>
                <w:b/>
              </w:rPr>
              <w:t>DOI</w:t>
            </w:r>
          </w:p>
        </w:tc>
        <w:tc>
          <w:tcPr>
            <w:tcW w:type="dxa" w:w="1224"/>
          </w:tcPr>
          <w:p>
            <w:r>
              <w:rPr>
                <w:b/>
              </w:rPr>
              <w:t>EDN</w:t>
            </w:r>
          </w:p>
        </w:tc>
        <w:tc>
          <w:tcPr>
            <w:tcW w:type="dxa" w:w="1224"/>
          </w:tcPr>
          <w:p>
            <w:r>
              <w:rPr>
                <w:b/>
              </w:rPr>
              <w:t>Ссылка</w:t>
            </w:r>
          </w:p>
        </w:tc>
        <w:tc>
          <w:tcPr>
            <w:tcW w:type="dxa" w:w="1224"/>
          </w:tcPr>
          <w:p>
            <w:r>
              <w:rPr>
                <w:b/>
              </w:rPr>
              <w:t>Цитирований</w:t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2027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Testing Methodology for a Computer Vision System for Glass Container Quality Control on a Robotic Conveyor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V. Bondarenko, T. Yermolenko, A. Grabarchuk, E. Moroz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Interactive Collaborative Robotics (Lecture Notes in Computer Science)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book-chapter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10.1007/978-3-032-34384-0_7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https://doi.org/10.1007/978-3-032-34384-0_7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2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2026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Generation of Synthetic Images to Expand Datasets for Computer Vision Systems Used on Robotic Conveyors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V. Bondarenko, T. Yermolenko, A. Grabarchuk, E. Moroz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Interactive Collaborative Robotics (Lecture Notes in Computer Science)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journal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10.1007/978-3-032-11903-2_30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https://link.springer.com/chapter/10.1007/978-3-032-11903-2_30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2026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Модели глубокого обучения в задачах перекрестной геолокализации, учитывающих контекстную информацию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Т.В. Ермоленко, В.И. Бондаренко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Программная инженерия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XRHJAY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https://elibrary.ru/item.asp?id=88784685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4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2026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Разработка и применение методов и подходов геометрического анализа больших языковых моделей путём скрытого соревнования в форме многопользовательского диалога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А.В. Логунов, А.А. Милованов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Студенческий вестник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UCMREV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https://elibrary.ru/item.asp?id=88826546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5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2025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Method of Building RAG-Powered Instruction Dataset from Raw Corporate Text Data for LLM Fine-Tuning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V. Eliseev, A. Maksimova, V. Bondarenko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First Conference of Mathematics of AI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conference_proceedings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6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2025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Transforming raw corporate texts into instruction dataset for fine-tuning generator within a RAG system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V.O. Eliseev, A.Yu. Maksimova, V.I. Bondarenko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System Informatics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10.31144/si.2307-6410.2025.n27.p77-92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KISRSE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https://elibrary.ru/item.asp?id=82742680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7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2025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Автоматизированная система анкетирования для мониторинга качества образовательного процесса в высшей школе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Донецкие чтения -- 2025: образование, наука, инновации, культура и вызовы современности: материалы X Международной научной конференции, посвящённой 60-летию создания Донецкого научного центра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conference_proceedings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EWLAEY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https://elibrary.ru/item.asp?id=84493121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8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2025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Автоматическое определение возрастной аудитории художественных текстов на основе глубокого обучения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Т.В. Ермоленко, В.И. Бондаренко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Искусственный интеллект: теоретические аспекты, практическое применение : материалы Донецкого Международного научного круглого стола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conference_proceedings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OYMXBG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https://elibrary.ru/item.asp?id=82799077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9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2025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Выявление брака на линии производства продукции в стеклянной таре с помощью методов искусственного интеллекта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Т.В. Ермоленко, А.С. Грабарчук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Искусственный интеллект: теоретические аспекты, практическое применение : материалы Донецкого Международного научного круглого стола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conference_proceedings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IBWUCD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https://elibrary.ru/item.asp?id=82799052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10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2025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Исследование методов глубокого обучения для распознавания рукописного текста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М.Д. Федоров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Вестник Донецкого национального университета. Серия Г: Технические науки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journal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10.5281/zenodo.15585989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VTVPZV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https://elibrary.ru/item.asp?id=82576347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11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2025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Исследование методов и технических средств выявления брака на линии производства продукции в стеклянной таре с помощью искусственного интеллекта и машинного зрения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generic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RDNJIR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https://elibrary.ru/item.asp?id=80595124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12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2025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Метод построения контекстно-инструкционного набора данных для дообучения генератора в системе RAG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В.О. Елисеев, А.Ю. Максимова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Новые горизонты прикладной математики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journal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TJPSJM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https://elibrary.ru/item.asp?id=82731657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13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2025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Применение современных веб-технологий для автоматизации учебной деятельности на примере образовательного портала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А.-А.М. Мартыненко, С.В. Придворов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Вестник ДонНУ. Серия Г: Технические науки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journal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10.5281/zenodo.18229815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EEMGVD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https://elibrary.ru/item.asp?id=88909245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14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2025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Проектирование и интеграция HTTP API для Web-сервисов с использованием машинного обучения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Я.А. Богдан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Донецкие чтения -- 2025: образование, наука, инновации, культура и вызовы современности: материалы X Международной научной конференции, посвящённой 60-летию создания Донецкого научного центра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conference_proceedings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YTLZUU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https://elibrary.ru/item.asp?id=84493128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15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2025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Разработка интеллектуального ассистента для образовательной организации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В.О. Елисеев, В.И. Бондаренко, А.Ю. Максимова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Проблемы искусственного интеллекта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RPRFDG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https://elibrary.ru/item.asp?id=87594470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16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2025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Разработка и применение генетического алгоритма для автоматизированного составления расписания занятий в университете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М.И. Печелина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Донецкие чтения -- 2025: образование, наука, инновации, культура и вызовы современности: материалы X Международной научной конференции, посвящённой 60-летию создания Донецкого научного центра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conference_proceedings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VNJIUW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https://elibrary.ru/item.asp?id=84493145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17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2025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Разработка стенда для обучения студентов системам обнаружения вторжений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А. Лакиза, В. Бондаренко, Д. Лакиза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Двадцатая конференция «Свободное программное обеспечение в высшей школе». Тезисы докладов: материалы конференции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conference_proceedings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WZQKGM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https://elibrary.ru/item.asp?id=82141712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18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2025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Устройства NVIDIA серии Jetson для работы с нейросетями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А.И. Васильянов, В.И. Бондаренко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Вестник ДонНУ. Серия Г: Технические науки. Серия Г: Технические Науки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journal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OSTUIR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https://elibrary.ru/item.asp?id=82351340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19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2025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Формирование краткого содержания текста на основе глубокого обучения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Н.С. Маслов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Вестник студенческого научного общества ФГБОУ ВО "Донецкий государственный университет"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IXVNQT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https://elibrary.ru/item.asp?id=84079965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20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2024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Анализ эффективности глубоких языковых моделей для задачи определения тональности русскоязычных текстов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В.О. Елисеев, Т.В. Ермоленко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Проблемы искусственного интеллекта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journal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KJRRQW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https://elibrary.ru/item.asp?id=67318259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21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2024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Аппаратные решения NVIDIA для работы с нейронными сетями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А.И. Васильянов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Донецкие чтения 2024: образование, наука, инновации, культура и вызовы современности: Материалы IX Международной научной конференции (Донецк, 15–17 октября 2024 г.). – Том 2: Физические, технические и компьютерные науки / под общей редакцией проф. С.В.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conference_proceedings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QHVLCJ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https://elibrary.ru/item.asp?id=74515452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22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2024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Интеллектуально-алгоритмический метод калибровки прицелов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Б.В. Павленко, В.И. Бондаренко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Проблемы искусственного интеллекта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journal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10.24412/2413-7383-2024-3-55-63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BKGPOS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https://elibrary.ru/item.asp?id=73163490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23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2024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Методы проектирования архитектуры модели интеллектуального ассистента для образовательной организации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В.О. Елисеев, В.И. Бондаренко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Вестник Донецкого национального университета. Серия Г: Технические науки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THKFAV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https://elibrary.ru/item.asp?id=80371939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24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2024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Подготовка данных и выбор способа обучения модели интеллектуального ассистента для образовательной организации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В.О. Елисеев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Донецкие чтения 2024: образование, наука, инновации, культура и вызовы современности: Материалы IX Международной научной конференции (Донецк, 15–17 октября 2024 г.). – Том 2: Физические, технические и компьютерные науки / под общей редакцией проф. С.В.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conference_proceedings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FMYJSQ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https://elibrary.ru/item.asp?id=74515453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25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2024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Предсказание успешности прохождения образовательных онлайн-курсов с помощью классификатора random forest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В.О. Елисеев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Вестник Донецкого государственного университета. Серия Г: Технические Науки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journal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FXYXWV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https://elibrary.ru/item.asp?id=65614221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26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2024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РАЗРАБОТКА ПРОГРАММНОГО КОМПЛЕКСА АННОТИРОВАНИЯ ДАННЫХ ДЛЯ ЗАДАЧ КОМПЬЮТЕРНОГО ЗРЕНИЯ: ОБЪЕКТНО-ОРИЕНТИРОВАННЫЙ ПОДХОД НА ОСНОВЕ WINFORMS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В.Ю. Устенко, В.И. Бондаренко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Проблемы искусственного интеллекта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ICNMYY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https://elibrary.ru/item.asp?id=75213617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27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2024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Разработка программного комплекса аннотирования данных для компьютерного зрения: объектно-ориентированный подход на основе WinForms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В.Ю. Устенко, В.И. Бондаренко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Проблемы искусственного интеллекта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journal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10.24412/2413-7383-2024-4-151-163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28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2024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Рекомендательные системы по подбору книг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Д.Д. Лакиза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Студенческий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WVCKEK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https://elibrary.ru/item.asp?id=67302836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29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2024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Способы решения проблем современного интернет-провайдинга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А.С. Лакиза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Студенческий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DCYRPT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https://elibrary.ru/item.asp?id=67302837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30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2024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Формирование краткого содержания текста на основе глубокого обучения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Н.С. Маслов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Донецкие чтения 2024: образование, наука, инновации, культура и вызовы современности: Материалы IX Международной научной конференции (Донецк, 15–17 октября 2024 г.). – Том 2: Физические, технические и компьютерные науки / под общей редакцией проф. С.В.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conference_proceedings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FADBAT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https://elibrary.ru/item.asp?id=74515454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31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2023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Использование модели YOLO в современных задачах распознавания в реальном времени на примере военной и космической отраслей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Б.В. Павленко, В.И. Бондаренко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 xml:space="preserve">Донецкие чтения 2023: образование, наука, инновации, культура и вызовы современности: Материалы VIII Международной научной конференции (Донецк, 25–27 октября 2023 г.). – Том 2: Физические, технические и компьютерные науки / под общей редакцией проф. С.В. 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conference_proceedings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EXYXNJ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https://elibrary.ru/item.asp?id=59429008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32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2023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Применение нейронных сетей в современных задачах искусственного интеллекта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М.Д. Федоров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 xml:space="preserve">Донецкие чтения 2023: образование, наука, инновации, культура и вызовы современности: Материалы VIII Международной научной конференции (Донецк, 25–27 октября 2023 г.). – Том 2: Физические, технические и компьютерные науки / под общей редакцией проф. С.В. 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conference_proceedings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EVPKLF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https://elibrary.ru/item.asp?id=59428964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33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2023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Разработка алгоритмов и языковых моделей для мультиязычной системы автоматического аннотирования текстов разных жанров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Т.В. Ермоленко, В.И. Бондаренко, Я.C. Пикалёв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Вестник Донецкого национального университета. Серия Г. Технические науки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journal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https://elibrary.ru/item.asp?id=54198807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34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2023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РАЗРАБОТКА АЛГОРИТМОВ И ЯЗЫКОВЫХ МОДЕЛЕЙ ДЛЯМУЛЬТИЯЗЫЧНОЙ СИСТЕМЫ АВТОМАТИЧЕСКОГО АННОТИРОВАНИЯ ТЕКСТОВ РАЗНЫХ ЖАНРОВ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Т.В. Ермоленко, В.И. Бондаренко, Я.С. Пикалёв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Вестник Донецкого национального университета. Серия Г: Технические науки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KRDDOO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https://elibrary.ru/item.asp?id=54198807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35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2023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Рекомендательная система выбора языка программирования в зависимости от текста технического задания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К.А. Никитенко, В.И. Бондаренко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 xml:space="preserve">Донецкие чтения 2023: образование, наука, инновации, культура и вызовы современности: Материалы VIII Международной научной конференции (Донецк, 25–27 октября 2023 г.). – Том 2: Физические, технические и компьютерные науки / под общей редакцией проф. С.В. 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conference_proceedings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https://elibrary.ru/item.asp?id=59429005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36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2023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Тонкая калибровка классификатора random forest в задачах предсказания успешности прохождения образовательных онлайн-курсов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В.О. Елисеев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 xml:space="preserve">Донецкие чтения 2023: образование, наука, инновации, культура и вызовы современности: Материалы VIII Международной научной конференции (Донецк, 25–27 октября 2023 г.). – Том 2: Физические, технические и компьютерные науки / под общей редакцией проф. С.В. 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conference_proceedings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VUAHUU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https://elibrary.ru/item.asp?id=59428960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37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2022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Визуальное представление моделирования затвердевания стальных слитков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Донецкие чтения 2021: образование, наука, инновации, культура и вызовы современности: Материалы VI Международной научной кон-ференции (Донецк, 27-28 октября 2022 г.) / под общей редакцией проф.С.В. Беспаловой. – Том 2: Физические и технические науки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conference_proceedings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GOBSNQ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https://elibrary.ru/item.asp?id=49968393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38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2022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Модели интеллектуального анализа данных для поддержки принятия решений по управлению образовательным процессом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В.В. Бондаренко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Донецкие чтения 2021: образование, наука, инновации, культура и вызовы современности: Материалы VI Международной научной кон-ференции (Донецк, 27-28 октября 2022 г.) / под общей редакцией проф.С.В. Беспаловой. – Том 2: Физические и технические науки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conference_proceedings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FWKWVG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https://elibrary.ru/item.asp?id=49968394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39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2022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Применение методов глубокого обучения для повышения качества изображения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А.В. Федчук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Вестник Донецкого национального университета. Серия Г. Технические науки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journal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YEFXLQ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https://elibrary.ru/item.asp?id=50238797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40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2022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Разработка и реализация макета бионического протеза кисти руки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А.И. Горбатенкова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Вестник Донецкого национального университета. Серия Г. Технические науки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journal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OWKBEJ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https://elibrary.ru/item.asp?id=50238795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41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2022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Эффективность алгоритмов коллаборативной фильтрации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И.Ю. Ковалев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Вестник студенческого научного общества ГОУ ВПО "Донецкий национальный университет"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IQPYDV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https://elibrary.ru/item.asp?id=48364094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42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2021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Исследование методов прохождения тестовых заданий с распознаванием результатов тестирования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Д.В. Фурсов, В.И. Бондаренко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Донецкие чтения 2021: образование, наука, инновации, культура и вызовы современности: Материалы VI Международной научной кон-ференции (Донецк, 26-27 октября 2021 г.) / под общей редакцией проф.С.В. Беспаловой. – Том 2: Физические и технические науки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conference_proceedings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YYRRLD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https://elibrary.ru/item.asp?id=47236435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43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2021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Классификация научных текстов с помощью методов глубокого машинного обучения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Вестник Донецкого национального университета. Серия Г. Технические науки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journal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FJPQFE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https://elibrary.ru/item.asp?id=47193993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44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2021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Подходы к построению рекомендательных систем для интернет-магазинов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И.Ю. Ковалев, В.И. Бондаренко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Донецкие чтения 2021: образование, наука, ин-новации, культура и вызовы современности: Материалы VI Международной научной кон-ференции (Донецк, 26-27 октября 2021 г.) / под общей редакцией проф.С.В. Беспаловой. – Том 2: Физические и технические науки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conference_proceedings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LLDDGH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https://elibrary.ru/item.asp?id=47236415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45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2021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Программный комплекс мониторинга энергопотребления на предприятиях угольной промышленности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А.О. Винник, А.-А.М. Мартыненко, В.И. Бондаренко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Вестник Донецкого национального университета. Серия Г. Технические науки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journal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46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2021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Программный комплекс мониторинга энергопотребления на предприятиях угольной промышленности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А.О. Винник, А.А.М. Мартыненко, В.И. Бондаренко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Вестник Донецкого национального университета. Серия Г: Технические науки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GJDSRZ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https://elibrary.ru/item.asp?id=46179211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47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2021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Рекомендация новостных статей методами машинного обучения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Донецкие чтения 2021: образование, наука, ин-новации, культура и вызовы современности: Материалы VI Международной научной кон-ференции (Донецк, 26-27 октября 2021 г.) / под общей редакцией проф.С.В. Беспаловой. – Том 2: Физические и технические науки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conference_proceedings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ZVGCGG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https://elibrary.ru/item.asp?id=47236407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48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2020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Mathematical modeling of the supercooled steel ingot formation. Problem statement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J. Bazdyreva, V. Bilousov, F. Nedopekin, V. Bondarenko, V. Bodriaha, A. Kukharev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European Physical Journal: Special Topics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journal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10.1140/epjst/e2019-900108-6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TXKZIR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https://link.springer.com/article/10.1140/epjst/e2019-900108-6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49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2020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Контроль проведения практики студентов с помощью АИС 1С: Университет ПРОФ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С.М. Романчук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Актуализация практической подготовки студентов в условиях внедрения федеральных государственных образовательных стандартов 3++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conference_proceedings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TRTAYT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https://elibrary.ru/item.asp?id=44721827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50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2020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Методы разработки интеллектуального сервиса подбора музыки по персональным предпочтениям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Ю.В. Царёв, В.И. Бондаренко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Донецкие чтения 2020: образование, наука, инновации, культура и вызовы современности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conference_proceedings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NPMQVL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https://elibrary.ru/item.asp?id=44376664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51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2020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Микросервисы в системе дистанционной подачи документов в вуз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А.А. Пугач, В.И. Бондаренко, В.В. Бондаренко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Донецкие чтения 2020: образование, наука, инновации, культура и вызовы современности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conference_proceedings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EQKJFV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https://elibrary.ru/item.asp?id=44376656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52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2020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Моделирование гидродинамических и теплофизических процессов в агрегате ковш-печь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А.А. Беззуб, В.В. Белоусов, Ф.В. Недопекин, В.И. Бондаренко, В.В. Бодряга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Вестник Донецкого национального университета. Серия Г. Технические науки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journal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WCCJYU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https://elibrary.ru/item.asp?id=44171482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53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2020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Постановка задачи разработки голосового помощника для полиграфической компании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И.Д. Дончик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Донецкие чтения 2020: образование, наука, инновации, культура и вызовы современности: Материалы V Международной научной конференции (Донецк, 17-18 ноября 2020 г.). – Том 1: Физико- математические и технические науки. Часть 2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conference_proceedings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OLKEKF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https://elibrary.ru/item.asp?id=44376633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54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2020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Построение моделей интеллектуального анализа научных и методических публикаций преподавателей вуза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П.А. Буденко, В.И. Бондаренко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Донецкие чтения 2020: образование, наука, инновации, культура и вызовы современности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conference_proceedings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MMAWIW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https://elibrary.ru/item.asp?id=44376626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55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2020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Применение облачных технологий для электронного учебника «Математическое моделирование гидродинамических и теплообменных процессов в стальных слитках»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Донецкие чтения 2020: образование, наука, инновации, культура и вызовы современности: Материалы V Международной научной конференции (Донецк, 17-18 ноября 2020 г.). – Том 1: Физико- математические и технические науки. Часть 2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conference_proceedings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INLLDF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https://elibrary.ru/item.asp?id=44376625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56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2020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Принципы построения рекомедательной системы для подбора отельно-ресторанного комплекса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А.А. Касименко, Д.П. Кищенко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Донецкие чтения 2020: образование, наука, инновации, культура и вызовы современности: Материалы V Международной научной конференции (Донецк, 17-18 ноября 2020 г.). – Том 1: Физико- математические и технические науки. Часть 2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conference_proceedings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57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2020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Принципы построения рекомендательной системы для подбора отельно-ресторанного комплекса.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А.А. Касименко, Д.П. Кищенко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Донецкие чтения 2020: образование, наука, инновации, культура и вызовы современности: Материалы V Международной научной конференции (Донецк, 17-18 ноября 2020 г.). – Том 1: Физико- математические и технические науки. Часть 2. – Донецк: ДонНУ, 2020. – С. 227-229.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материалы конференции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https://elibrary.ru/item.asp?id=44376640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58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2020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СУБД Oracle: учебно-методическое пособие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book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59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2020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Управление проектированием информационных систем: учебно-методическое пособие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book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60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2020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Численное моделирование физических процессов в агрегате ковш-печь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А.А. Беззуб, Ф.В. Недопёкин, В.И. Бондаренко, В.В. Бодряга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Донецкие чтения 2020: образование, наука, инновации, культура и вызовы современности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conference_proceedings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WNVCZA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https://elibrary.ru/item.asp?id=44376557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61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2019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Study of the emmission parameters during iron tapping from a holding furnace to a ladle in Azovstal MC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V.V. Bodryaga, V.V. Belousov, F.V. Nedopekin, V.I. Bondarenko, S.F. Prohorenko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Вестник Донецкого Национального Университета. Серия Г: Технические Науки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journal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XDGHXZ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https://elibrary.ru/item.asp?id=39250484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62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2019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The Peculiarities of Convective Heat Transfer in Melt of a Multiple-Electrode Arc Furnace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A. Kukharev, V. Bilousov, E. Bilousov, V. Bondarenko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Metals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journal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10.3390/met9111174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JLZIGM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https://www.mdpi.com/2075-4701/9/11/1174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63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2019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Using MVC pattern in the software development to simulate production of high cylindrical steel ingots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V.I. Bondarenko, V.V. Bilousov, F.V. Nedopekin, V.V. Bodriaha, L.V. Antropova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Journal of Crystal Growth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journal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10.1016/j.jcrysgro.2019.125240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https://www.sciencedirect.com/science/article/pii/S0022024819304555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64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2019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Использование паттерна MVC в разработке программного обеспечения для моделирования производства высоких цилиндрических стальных слитков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В.В. Белоусов, Ф.В. Недопекин, В.В. Бодряга, Л.А. Антропова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Кристаллизация: компьютерные модели, эксперимент, технологии (КРИС-2019). Тезисы VIII Международной конференции.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conference_proceedings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FLZJHE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https://elibrary.ru/item.asp?id=37352515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65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2019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Математический инструментарий при моделировании термоконцентрационной гравитационной конвекции в стальных расплавах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Ф.В. Недопекин, В.В. Белоусов, В.И. Бондаренко, В.В. Бодряга, С.Ф. Прохоренко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Донецкие чтения 2019: образование, наука, инновации, культура и вызовы современности: Материалы IV Международной научной конференции. – Том 1, Часть 2: Физико-математические и технические науки / под общей редакцией проф. С.В. Беспаловой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conference_proceedings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CWMVEX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https://elibrary.ru/item.asp?id=41422448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66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2019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Математическое моделирование формирования переохлажденного слитка FE80BA20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Ю.А. Баздырева, В.В. Белоусов, В.И. Бондаренко, В.В. Бодряга, Ф.В. Недопекин, А.Л. Кухарев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Кристаллизация: компьютерные модели, эксперимент, технологии (КРИС-2019). Тезисы VIII Международной конференции.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conference_proceedings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IGEMJA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https://elibrary.ru/item.asp?id=37352517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67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2019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Определение рационального угла наклона сопел для эффективного пылеподавления азотом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В.В. Бодряга, В.В. Белоусов, Ф.В. Недопекин, В.И. Бондаренко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Вестник Луганского национального университета имени Владимира Даля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journal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DNBADD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https://elibrary.ru/item.asp?id=42934367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68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2019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Организация тестового контроля знаний студентов в системе дистанционного обучения Moodle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В.В. Бодряга, В.В. Бондаренко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Донецкие чтения 2019: образование, наука, инновации, культура и вызовы современности: Материалы IV Международной научной конференции. – Том 1, Часть 1: Физико-математические и технические науки / под общей редакцией проф. С.В. Беспаловой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conference_proceedings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LAPAYU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https://elibrary.ru/item.asp?id=41422247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69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2019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Подавление бурого дыма при переливах чугуна азотно-водным аэрозолем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В.В. Бодряга, В.В. Белоусов, Ф.В. Недопекин, В.И. Бондаренко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Донецкие чтения 2019: образование, наука, инновации, культура и вызовы современности: Материалы IV Международной научной конференции. – Том 1, Часть 2: Физико-математические и технические науки / под общей редакцией проф. С.В. Беспаловой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conference_proceedings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TJZEKT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https://elibrary.ru/item.asp?id=41422459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70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2019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Построение предсказательных моделей параметров давления воды в водораспределительных сетях с помощью методов машинного обучения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С.В. Беспалова, С.М. Романчук, Т.В. Ермоленко, В.И. Бондаренко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Проблемы искусственного интеллекта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journal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JOPIJF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https://elibrary.ru/item.asp?id=39164517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71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2019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Построение регрессионных моделей режимов работы водораспределительных сетей с помощью методов регуляризации и анализа главных компонент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С.В. Беспалова, С.М. Романчук, Т.В. Ермоленко, В.И. Бондаренко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Информатика и кибернетика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journal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RTYWDL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https://elibrary.ru/item.asp?id=41142226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72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2019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Прототип автоматизированной онлайн-системы расчета денежных выплат на производственном предприятии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В.В. Бондаренко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Донецкие чтения 2019: образование, наука, инновации, культура и вызовы современности: Материалы IV Международной научной конференции. – Том 1, Часть 2: Физико-математические и технические науки / под общей редакцией проф. С.В. Беспаловой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conference_proceedings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MJASOF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https://elibrary.ru/item.asp?id=41422520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73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2019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Сравнительный анализ программного обеспечения для задач тепломассопереноса при затвердевании слитков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В.В. Белоусов, Ф.В. Недопекин, В.В. Бодряга, Е.А. Березина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Донецкие чтения 2019: образование, наука, инновации, культура и вызовы современности: Материалы IV Международной научной конференции. – Том 1, Часть 2: Физико-математические и технические науки / под общей редакцией проф. С.В. Беспаловой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conference_proceedings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IGAZVP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https://elibrary.ru/item.asp?id=41422444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74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2019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Экологическая целесообразность снижения выбросов при переливах чугуна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В.В. Бодряга, В.В. Белоусов, Ф.В. Недопекин, В.И. Бондаренко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Донецкие чтения 2019: образование, наука, инновации, культура и вызовы современности: Материалы IV Международной научной конференции. – Том 1, Часть 2: Физико-математические и технические науки / под общей редакцией проф. С.В. Беспаловой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conference_proceedings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AFDOPP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https://elibrary.ru/item.asp?id=41422458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75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2019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Экспериментальное исследование параметров выбросов при сливе чугуна из миксера в ковш на МК Азовсталь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В.В. Бодряга, В.В. Белоусов, Ф.В. Недопекин, В.И. Бондаренко, С.Ф. Прохоренко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Кристаллизация: компьютерные модели, эксперимент, технологии (КРИС-2019)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conference_proceedings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WAEJTC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https://elibrary.ru/item.asp?id=37352451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76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2018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Mathematical modeling of the formation of a supercooled steel ingot. Formulation of the problem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Ju.A. Bazdyreva, V.V. Bilousov, V.V. Bodryaga, V.I. Bondarenko, F.V. Nedopekin, S.P. Prohorenko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Vestnik Lugansk Vladimir Dahl National University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journal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77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2018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Автоматизация учета внеучебной деятельности учащихся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М.А. Толстых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Донецкие чтения 2018: образование, наука, инновации, культура и вызовы современности: Материалы III Международной научной конференции. – Том 1: Физико-математические и технические науки / под общей редакцией проф. С.В. Беспаловой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conference_proceedings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YPAIAX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https://elibrary.ru/item.asp?id=36501637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78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2018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Интенсификация процесса десульфурации в агрегате ковш-печь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Ф.В. Недопекин, В.В. Белоусов, В.И. Бондаренко, В.В. Бодряга, С.Ф. Сухарева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Вестник Донецкого национального университета. Серия Г. Технические науки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journal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ZBMLTN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https://elibrary.ru/item.asp?id=37213779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79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2018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Математическое моделирование формирования переохлаждения стального слитка. Постановка задачи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Ю.А. Баздырева, В.В. Белоусов, В.В. Бодряга, В.И. Бондаренко, Ф.В. Недопекин, С.Ф. Прохоренко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Вестник Луганского национального университета имени Владимира Даля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journal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80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2018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Математическое моделирование формирования переохлажденного стального слитка. Постановка задачи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Ю.А. Баздырева, В.В. Белоусов, В.В. Бодряга, В.И. Бондаренко, Ф.В. Недопекин, С.Ф. Прохоренко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Вестник Луганского национального университета имени Владимира Даля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XPUBVR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https://elibrary.ru/item.asp?id=35059881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81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2018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Применение шаблона Model-View-Controller в проектировании прикладного программного обеспечения для металлургического производства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Донецкие чтения 2018: образование, наука, инновации, культура и вызовы современности: Материалы III Международной научной конференции. – Том 1: Физико-математические и технические науки / под общей редакцией проф. С.В. Беспаловой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conference_proceedings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https://elibrary.ru/item.asp?id=36501636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82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2018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Разработка интерфейса при моделировании процессов переноса в агрегате ковш-печь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В.В. Белоусов, В.В. Бодряга, В.И. Бондаренко, Ф.В. Недопекин, А.В. Несова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Донецкие чтения 2018: образование, наука, инновации, культура и вызовы современности: Материалы III Международной научной конференции. – Том 1: Физико-математические и технические науки / под общей редакцией проф. С.В. Беспаловой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conference_proceedings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YPAGIX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https://elibrary.ru/item.asp?id=36501494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83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2018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Энергоресурсосберегающие технологии при производстве высоких цилиндрических стальных слитков: диссертация на соискание ученой степени кандидата технических наук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thesis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84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2017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Hydrodynamics and heat and mass transfer during formation of thin metal glass tape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Y.A. Bazdyreva, V.V. Belousov, V.I. Bondarenko, V.V. Bodryaga, F.V. Nedopekin, S.F. Prohorenko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IOP Conference Series: Materials Science and Engineering. – 2017. – Vol. 192.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journal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10.1088/1757-899X/192/1/012032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XNIIJA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https://elibrary.ru/item.asp?id=31039843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85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2017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Visualization of Process of Wheel Steel High Ingots Simulation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V.I. Bondarenko, V.V. Bodryaga, F.V. Nedopekin, V.V. Belousov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IOP Conference Series: Materials Science and Engineering. – 2018. – Vol. 287.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conference_proceedings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10.1088/1757-899X/287/1/012002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YBJIEH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http://stacks.iop.org/1757-899X/287/i=1/a=012002?key=crossref.70bb8596ead83b5cc403a6d0d650d54d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86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2017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ВИЗУАЛИЗАЦИЯ ПРОЦЕССА МОДЕЛИРОВАНИЯ ГИДРОДИНАМИЧЕСКИХ И ТЕПЛОМАССОБМЕННЫХ ПРОЦЕССОВ В АГРЕГАТЕ КОВШ-ПЕЧЬ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В.В. Белоусов, В.В. Бодряга, В.И. Бондаренко, Ф.В. Недопекин, С.Ф. Сухарева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Вестник Луганского национального университета имени Владимира Даля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YSIZDA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https://elibrary.ru/item.asp?id=32615131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87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2017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Визуализация процесса моделирования гидродинамических и тепломассообменных процессов в агрегате ковш-печь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В.В. Белоусов, В.В. Бодряга, В.И. Бондаренко, Ф.В. Недопекин, С.Ф. Сухарева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Вестник Луганского национального университета имени Владимира Даля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journal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https://elibrary.ru/item.asp?id=32615131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88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2017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МАТЕМАТИЧЕСКАЯ МОДЕЛЬ ГИДРОДИНАМИЧЕСКИХ И ТЕПЛОМАССОБМЕННЫХ ПРОЦЕССОВ В АГРЕГАТЕ КОВШ - ПЕЧЬ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В.В. Белоусов, В.И. Бондаренко, Ф.В. Недопекин, В.В. Бодряга, Я.В. Павлов, Д.И. Габелая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Вестник Череповецкого государственного университета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YJVDRP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https://elibrary.ru/item.asp?id=28963739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89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2017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Математическая модель гидродинамических и тепломассообменных процессов в агрегате ковш – печь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В.В. Белоусов, В.И. Бондаренко, Ф.В. Недопекин, В.В. Бодряга, Я.В. Павлов, Д.И. Габелая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Вестник Череповецкого государственного университета. – 2017. – №1. – С. 20-27.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journal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https://elibrary.ru/item.asp?id=28963739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90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2017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Математическая модель определения оптимальной высоты кристаллизатора в установке непрерывной разливки стали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Ф.В. Недопекин, В.В. Белоусов, В.В. Бодряга, В.И. Бондаренко, А.Т. Степанов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Вестник Череповецкого государственного университета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journal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YJVDUH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https://elibrary.ru/item.asp?id=28963746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91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2017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Математический инструментарий для задач тепломассопереноса в металлургических процессах: Учебное пособие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В.В. Белоусов, В.И. Бондаренко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book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92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2017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Математическое моделирование процессов образования тонкой металлической стеклянной ленты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Ю.А. Баздырева, В.В. Белоусов, В.И. Бондаренко, В.В. Бодряга, Ф.В. Недопекин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Вестник Луганского национального университета имени Владимира Даля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journal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YNSEQW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https://elibrary.ru/item.asp?id=32379247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93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2017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Моделирование процессов в агрегате ковш-печь.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В.В. Белоусов, В.В. Бодряга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Saarbrucken, Germany: LAP Lambert Academic publishing. – 2017. – 57 c.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монография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94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2017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Повышение экологической безопасности при подавлении бурого дыма азотно-водным аэрозолем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В.В. Белоусов, В.В. Бодряга, В.И. Бондаренко, Ф.В. Недопекин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Вестник Луганского национального университета имени Владимира Даля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journal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NSWHYP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https://elibrary.ru/item.asp?id=32615100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95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2017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Электронный учебник «Математическое моделирование аэродинамики выбросов бурого дыма при переливах чугуна»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В.В. Бодряга, Ф.В. Недопекин, В.В. Белоусов, З.К. Кабаков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 сборнике: Информационные и педагогические технологии в современном образовательном учреждении. Материалы VIII Всероссийской научно-практической конференции. Ответственный редактор Е.А. Смирнова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conference_proceedings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ZBWNRB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https://elibrary.ru/item.asp?id=29788728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96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2017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Электронный учебник «Математическое моделирование гидродинамических и теплообменных процессов в стальных слитках»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Ф.В. Недопекин, В.В. Белоусов, В.Е. Силенко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Успехи современной науки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journal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YGXEKH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https://elibrary.ru/item.asp?id=28830210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97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2016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Mathematical Tools for Hydrodynamics and Heat and Mass Transfer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V. Bondarenko, V. Belousov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book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98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2016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Mathematical Tools for Problems of Hydrodynamics and Heat and Mass Transfer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V.I. Bondarenko, V.V. Bilousov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Saarbrucken, Germany: LAP Lambert Academic publishing. – 2016. – 42 c.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монография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99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2016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Математическая модель гидродинамических и тепломассобменных процессов в агрегате печь-ковш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В.В. Белоусов, В.И. Бондаренко, Ф.В. Недопекин, В.В. Бодряга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Донецкие чтения 2016. Образование, наука и вызовы современности: Материалы I Международной научной конференции. – Том 1. Физико-математические, технические науки и экология / под общей редакцией проф. С. В. Беспаловой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conference_proceedings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YUAOGN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https://elibrary.ru/item.asp?id=32700242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100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2016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Математическое моделирование аэродинамики бурого дыма при переливах чугуна из миксера в ковш с учетом струй азота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В.В. Бодряга, В.И. Бондаренко, В.В. Белоусов, Ф.В. Недопекин, С.Ф. Прохоренко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Донецкие чтения 2016. Образование, наука и вызовы современности: Материалы I Международной научной конференции. – Том 1. Физико-математические, технические науки и экология / под общей редакцией проф. С. В. Беспаловой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conference_proceedings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YUAPFL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https://elibrary.ru/item.asp?id=32700314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101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2016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Моделирование лазерного легирования металлов.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В.В. Белоусов, Ф.В. Недопекин, В.В. Бодряга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Международная н–пр. конференция «Открытые физические чтения». Тез.Докл. – Луганск: Альма-матер. – 2016. – С. 57.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тезисы докладов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102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2016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Обучающая система для моделирования гидродинамических и тепломассообменных процессов в металлургии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В.В. Бодряга, Ф.В. Недопекин, В.В. Белоусов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Донецкие чтения 2016. Образование, наука и вызовы современности: Материалы I Международной научной конференции. – Том 1. Физико-математические, технические науки и экология / под общей редакцией проф. С. В. Беспаловой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conference_proceedings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YUAOGW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https://elibrary.ru/item.asp?id=32700243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103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2015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The mathematical model of hydrodynamics and heat and mass transfer at formation of steel ingots and castings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V.I. Bondarenko, V.V. Bilousov, F.V. Nedopekin, J.I. Shalapko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Archives of Foundry Engineering. – 2015. – Т. 15. – № 1. – С. 13–16.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journal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10.1515/afe-2015-0003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XMJOAB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http://journals.pan.pl/dlibra/publication/102356/edition/88372/content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104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2014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Информационная технология для разработки прикладных программ моделирования в металлургии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Ф.В. Недопекин, В.В. Белоусов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XVII Международная конференция «теплотехника и энергетика в металлургии»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conference_proceedings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105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2013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Математическая модель гидродинамических и тепломассообменных процессов для электронного учебника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В.В. Белоусов, Ф.В. Недопекин, В.И. Бондаренко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Математическое моделирование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journal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106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2013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Математическое моделирование гидродинамических и теплофизических процессов при формировании круглого слитка колесной стали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В.В. Белоусов, Ф.В. Недопекин, В.В. Бодряга, В.Ф. Комаров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Материалы международной научно-практического семинара «Научно-технический прогресс в металлургии»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conference_proceedings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TPRCXD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https://elibrary.ru/item.asp?id=23290153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107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2013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Математическое обеспечение и компьютерные технологии для моделирования гидродинамических и теплофизических процессов в металлургии: Монография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В.Ф. Комаров, Ф.В. Недопекин, В.М. Мелихов, В.В. Белоусов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Донецк: Юго-Восток. – 2013. – 210 c.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монография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108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2013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Обобщенная математическая модель для информационной технологии создания прикладных программ моделирования в металлургии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В.В. Белоусов, Ф.В. Недопекин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Міждержавна науково-методична конференція Проблеми математичного моделювання. Тези доповідей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conference_proceedings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109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2013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Программный продукт «Математическое моделирование гидродинамических и теплообменных процессов в стальных слитках»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Ф.В. Недопекин, В.В. Белоусов, В.И. Бондаренко, В.М. Кондратенко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patent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110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2012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Применение математических моделей в информационной технологии создания прикладных программ моделирования гидродинамики и тепломассообменных процессов при производстве металлургических изделий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В.В. Белоусов, Ф.В. Недопекин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Матеріали ІV міжнародної конференції Прикладні проблеми аерогідромеханіки та тепломасопереносу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conference_proceedings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111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2012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Разработка математического обеспечения для исследования процессов гидродинамики и тепломассопереноса в стальных изделиях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В.В. Белоусов, В.И. Бондаренко, В.Ф. Комаров, Ф.В. Недопекин, Я.В. Павлов, В.Ф. Комаров, Я.В. Павлов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14-й Минский международный форум по тепломассообмену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conference_proceedings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112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2012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Разработка электронного учебника «Математическое моделирование гидродинамических и теплообменных процессов в стальных слитках».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Ф.В. Недопекин, В.В. Белоусов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Труды Второго международного научно-практического семинара «Повховские научные чтения» – Донецк: ДонНУ. – 2012. – С. 70-76.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материалы конференции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113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2012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Шифрование информации на носителях с помощью встроенных средств Windows.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В.В. Белоусов, В.В. Данилов, А.А. Каргин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Стан та удосконалення безпеки інформаційно – телекомунікаційних систем збірник наукових праць. – Миколаїв. – 2012. – С. 42-43.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тезисы докладов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114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2011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Computer modeling formation of wheel steel ingots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В.В. Белоусов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Матеріали міжнародної наукової конференції «IV Українсько-Польські Наукові Діалоги»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conference_proceedings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115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2011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Computer modeling of wheel steel ingots formation.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V.V. Bilousov, V.I. Bondarenko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Scientific basis of modern technologies: experience and prospects.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book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116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2011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Метод проектирования программного обеспечения для моделирования процессов переноса при производстве металлургических изделий.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Ф.В. Недопекин, В.В. Белоусов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Праці XVІ міжнародної конференції «Теплотехніка та енергетика в металургії». – НМетАУ. – Дніпропетровськ: Нова ідеологія. – 2011. – С. 16-17.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материалы конференции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117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2011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Проектирование программного обеспечения для моделирования процессов тепломассопереноса в металлургическом производстве в качестве инструмента технолога.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Ф.В. Недопекин, В.В. Белоусов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Міждержавна науково-методична конференція “Проблеми математичного моделювання”. Тези доповідей – Дніпродзержинськ: ДДТУ. – 2011. – С. 31-32.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тезисы докладов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118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2010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Математическое моделирование гидродинамических и теплофизических процессов при производстве слитков колесной и трубной стали.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Ф.В. Недопекин, В.В. Белоусов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Матеріали VI міжвузівської науково-практичної конференції «Науковий потенціал вищої школи» збірник наукових праць. –Миколаїв. – 2010. – С. 28-32.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материалы конференции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119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2010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Численное моделирование теплофизических процессов при производстве слитков колесной и трубной стали.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Ф.В. Недопекин, В.В. Белоусов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Труды первого междунар. научно-практич. семинара «Повховские научные чтения» – Донецк: ДонНУ. – 2010. – С. 143-148.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материалы конференции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120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2009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Программная система для моделирования задач тепломассопереноса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Труды международного научно-практического семинара «Гидродинамика и экология». К 100-летию со дня рождения чл.-корр. НАН Украины – профессора И.Л. Повха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conference_proceedings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121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2009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Программная система для моделирования процесса тепломассопереноса при разливке и затвердевании стали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Вестник Донецкого национального университета. Серия А. Естественные науки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journal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122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2008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Моделирование макроструктуры слитка с помощью автоматизированной информационной системы.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Ф.В. Недопекин, В.В. Белоусов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Міждержавна науково-методична конференція “Проблеми математичного моделювання”. Тези доповідей. – Дніпродзержинськ. – 2008. – С. 116-118.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тезисы докладов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123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2008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Оценка влияния гидродинамических и теплофизических процессов на формирование усадочных раковин в круглых стальных слитках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В.М. Кондратенко, В.В. Белоусов, Ю.В. Дмитриев, Д.А. Богдан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Прикладные проблемы аэрогидромеханики и тепломассопереноса. 2 международная научная конференция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conference_proceedings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124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2007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Моделирование макроструктуры слитка с помощью автоматизированной информационной системы.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Ф.В. Недопекин, В.В. Белоусов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Матеріали наукової конференції професорсько-викладацького складу. – співробітників і аспірантів Донецького національного університету за підсумками науково-дослідної роботи за період 2007-2008 рр. -Т. 1 – Природничі науки. – 6 квітня-14 травня / Донецький національний університет. – Донецьк : Цифрова типографія. – 2009. – С. 100-111.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материалы конференции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125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2007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Моделирование теплофизических процессов с помощью автоматизированной информационной системы.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Ф.В. Недопекин, В.В. Белоусов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Міждержавна науково-методична конференція “Проблеми математичного моделювання”. Тези доповідей – Дніпродзержинськ. – 2007. – С. 109-110.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тезисы докладов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126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2007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Расчет усадочных раковин в слитках, уширенных книзу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Международная научно-методическая конференция "Проблемы математического моделирования". Тезисы докладов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conference_proceedings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127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2006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Информационная система расчета задач тепломассопереноса.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Ф.В. Недопекин, В.В. Белоусов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Регіональна наукова конференція «прикладні проблеми аерогідромеханіки та тепломасопереносу» 16-17 листопада 2006 р. – тези доповідей – Дніпропетровськ: ДНУ. – 2006. – С. 53-54.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тезисы докладов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128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2006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Расчет гидродинамических и теплофизических процессов в слитках трубной стали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Н.Ф. Анищенко, В.А. Шабловский, В.В. Белоусов, В.И. Бондаренко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Металлургическая и горнорудная промышленность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journal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129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2006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Расчет теплообмена в системе - сложный датчик окружающая середа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В.В. Белоусов, В.И. Бондаренко, Д.А. Ростовская, Ю.Д. Украинский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Проблеми математичного моделювання. Міждержавна науково-методична конференція. – Дніпродзержинськ. – 2006. – С. 93-94.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conference_proceedings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130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2005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Информационная система расчета задач тепломассопереноса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В.В. Белоусов, Ф.В. Недопекин, В.И. Бондаренко, В.А. Кравец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Математическое моделирование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journal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131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2005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Моделирование теплофизических процессов с помощью автоматизированной информационной системы.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Ф.В. Недопекин, В.В. Белоусов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Праці наук. Конфер. професорсько-викладацького складу ДонНУ за підсумками наук.-дослід. роботи за період 2005-2006 рр. Секція фізичних і комп’ютерних наук: Збірник наук. праць. – Донецьк: ДонНУ. – 2007. – С. 50-52.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материалы конференции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132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2005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Расчет усадочной раковины в слитках трубной стали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В.В. Белоусов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Праці наукової конференції Донецького національного університету за підсумками науково-дослідної роботи за період 2003-2004 рр.: (18-22 квіт. 2005 р. Секція фізичних i комп'ютерних наук). – Донецьк. – 2005. – С. 65-66.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conference_proceedings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133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2004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Расчетно-интерфейсная оболочка для двумерных задач гидродинамики и тепломассопереноса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Ф.В. Недопекин, В.В. Белоусов, В.И. Бондаренко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Вестник Донецкого национального университета. Серия А. Естественные науки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journal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134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2004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Расчетно-интерфейсная оболочка для двумерных задач гидродинамики и теплопереноса.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Ф.В. Недопекин, В.В. Белоусов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Международная научно-техническая конференция: Прогрессивные технологии в металлургии стали: XXI век. Тез. докладов. – 2004. – Донецк: ДонНТУ. – С. 33.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тезисы докладов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135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2002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Определение оптимальной высоты кристаллизатора в установке непрерывной разливки алюминия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Ф.В. Недопекин, В.В. Бодряга, В.И. Бондаренко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Теория и практика металлургии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journal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136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2001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Mathematical simulation of heat and mass transfer up on the multilayer ingot forming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F.V. Nedopekin, V.V. Belousov, V.M. Melikhov, V.I. Bondarenko, V.F. Polyakov, V.M. Kondratenko, A.V. Potapov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Metally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journal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137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2001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Математическое моделирование тепломассопереноса при формировании многослойного слитка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Ф.В. Недопекин, В.В. Белоусов, В.М. Мелихов, В.Ф. Поляков, В.М. Кондратенко, А.В. Потапов, В.И. Бондаренко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Известия РАН. Металлы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journal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138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2001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Определение высоты кристаллизатора в установке непрерывной разливки алюминия.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Ф.В. Недопекин, В.В. Бодряга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Міждержавна науково-мет. конф.”Комп’ютерне моделювання”. Тези доповідей. – Дніпродзержинськ: ДДТУ. – 2001. – С. 102-107.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тезисы докладов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139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2000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Гидродинамика и тепломассоперенос в слитке с внутренним холодильником.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Ф.В. Недопекин, В.В. Белоусов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Материалы междун. науч.-техн. конф. «Производство стали в XXI веке. Прогноз. – процессы. – технологии. – экология» (15-16 мая 2000. – Киев; 17-19 мая 2000. – Днепродзержинск). – К.:НТТУ «КПИ». – С. 530-533.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материалы конференции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140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2000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Компьютерное моделирование термических напряжений в слитке с внутренним холодильником.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Ф.В. Недопекин, В.В. Бодряга, В.В. Белоусов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Міждержавна науково-мет. конф.”Комп’ютерне моделювання”. Тези доповідей. – Дніпродзержинськ: ДДТУ. – 2000. – С. 126-127.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тезисы докладов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141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1999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Гидродинамика и тепломассоперенос в слитке с внутренним холодильником.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Ф.В. Недопекин, В.В. Белоусов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Материалы унив. науч.-тех. конф. по итогам НИР 1999-2000 г. Выпуск “Естественные науки. Физические и компьютерные науки” ДонНУ. – 2001. – С. 141-142.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материалы конференции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142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1999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Гидродинамические и теплофизические процессы при формировании слитка с внутренним холодильником.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Ф.В. Недопекин, В.В. Белоусов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Міждержавна наук.-методич. конф. Комп'ютерне моделювання. Тез. доповід. Дніпродзержинськ. – 1999. – С. 34-35.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тезисы докладов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143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1999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Применение компьютерных технологий при моделировании аэродинамики газовых потоков в период слива чугуна из миксера в ковш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В.В. Белоусов, В.И. Бондаренко, В.А. Кравец, В.И. Бондаренко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Искусственный интеллект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journal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144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1998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Hydrodynamic and heat transfer in a solidifying ingot with internal cooling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F.V. Nedopekin, V.F. Polyakov, V.V. Belousov, N.M. Aptekar, E.S. Belokurov, A.V. Potapov, V.I. Bondarenko, V.M. Melikhov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Russian Metallurgy (Metally)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journal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145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1998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Hydrodynamics and mass transfer in solidificating ingot with internal cooler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F.V. Nedopekin, V.F. Polyakov, V.V. Belousov, N.M. Aptekar', E.S. Belokurov, A.V. Potapov, V.I. Bondarenko, V.M. Melikhov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Hongwai Jishu/Infrared Technology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journal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146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1998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Гидродинамика и теплоперенос в формирующемся слитке с внутренним холодильником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Ф.В. Недопекин, В.Ф. Поляков, В.В. Белоусов, Н.М. Аптекарь, Э.С. Белокуров, А.В. Потапов, В.М. Мелихов, В.И. Бондаренко, Н.М. Аптекарь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Изв.РАН. Металлы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journal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147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1998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Математическое моделирование теплофизических и гидродинамических процессов в сталеразливочных ковшах с утеплением поверхности металла.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В.В. Белоусов, Н.Ф. Анищенко, А.Е. Боруменская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Труды международной конференции "Математика и индустрия": (29 июня-3 июля. – 1998 г.). – Таганрог. – 1998. – С. 45-47.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тезисы докладов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148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1997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Гидродинамические и теплофизические процессы при формировании слитка с внутренним холодильником.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Ф.В. Недопекин, В.В. Белоусов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Комп'ютерне моделювання. Мiжнародна конференцiя. Тези доповiдей. – Днiпродзержинськ. - 1997. – С. 8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тезисы докладов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149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1997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Интерфейсная оболочка для задач моделирования процессов тепло-массопереноса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В.В. Белоусов, Ф.В. Недопекин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Искусственный интеллект. – 1997. – № 1-2. – С. 86-90.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journal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150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1997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Моделирование процессов при формировании слитка с внутренним холодильником.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Ф.В. Недопекин, В.В. Белоусов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Труди вузiвскоi конфе-ренцii професорсько-викладацького складу за пiдсумками НДР: матема-тика, фiзика, екологiя. – ДонДУ. – 1997. – С. 141-143.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тезисы докладов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151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1995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Численное моделирование теплового воздействия холодильника на гидродинамику и теплоперенос в затвердевающем стальном слитке.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Ф.В. Недопекин, В.В. Белоусов, В.Ф. Поляков, А.В. Потапов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Тезисы докладов ВУЗовской конференции проф.-препод. состава по итогам науч.-исслед. и методической работы: физика. – математика г.Донецк: ДонГУ. – 1995. – С. 36.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тезисы докладов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152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1993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К вопросу моделирования структурообразования в слитке.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Бондаренко, Ф.В. Недопекин, В.В. Белоусов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Тезисы докладов научной конференции профессорско-преподавательского состава по итогам НИР: Естественные дисциплины (г.Донецк. – апр. 1993). –Донецк: ДонГУ. – 1993. – С.42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тезисы докладов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153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ПРИМЕНЕНИЕ ШАБЛОНА MODEL-VIEW-CONTROLLERВ ПРОЕКТИРОВАНИИ ПРИКЛАДНОГО ПРОГРАММНОГО ОБЕСПЕЧЕНИЯ ДЛЯ МЕТАЛЛУРГИЧЕСКОГО ПРОИЗВОДСТВА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В.И. Бондаренко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YPAIAP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https://elibrary.ru/item.asp?id=36501636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24"/>
          </w:tcPr>
          <w:p>
            <w:r>
              <w:rPr>
                <w:sz w:val="20"/>
              </w:rPr>
              <w:t>154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РЕКОМЕНДАТЕЛЬНАЯ СИСТЕМА ВЫБОРА ЯЗЫКА ПРОГРАММИРОВАНИЯ В ЗАВИСИМОСТИ ОТ ТЕКТСА ТЕХНИЧЕСКОГО ЗАДАНИЯ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К.А. Никитенко, В.И. Бондаренко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RSUDQI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  <w:t>https://elibrary.ru/item.asp?id=59429005</w:t>
            </w:r>
          </w:p>
        </w:tc>
        <w:tc>
          <w:tcPr>
            <w:tcW w:type="dxa" w:w="1224"/>
          </w:tcPr>
          <w:p>
            <w:r>
              <w:rPr>
                <w:sz w:val="20"/>
              </w:rPr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